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AI Legal Advisor Opinion: "article 1320 of civil code"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ENGINE: GEMINI | 03 November 2026</w:t>
      </w:r>
    </w:p>
    <w:p>
      <w:pPr>
        <w:spacing w:before="240" w:after="120"/>
      </w:pPr>
      <w:r>
        <w:rPr>
          <w:rFonts w:ascii="Arial" w:hAnsi="Arial"/>
          <w:b/>
          <w:color w:val="0F172A"/>
          <w:sz w:val="24"/>
        </w:rPr>
        <w:t>Analisis Hukum &amp; Pendapat Statuta / Legal Analysis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1. Executive Summary / Quick Answer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**Article 1320 of the Indonesian Civil Code (*Kitab Undang-Undang Hukum Perdata* or "KUHPerdata")** is the foundational bedrock of contract law in Indonesia. It sets out the **four cumulative legal requirements** that must be fulfilled for any agreement to be legally valid, binding, and enforceable.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In a corporate and commercial context, these requirements govern everything from everyday vendor agreements to complex mergers, acquisitions, and cross-border joint ventures: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**Mutual Consent** (*Kesepakatan mereka yang mengikatkan dirinya*)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**Legal Capacity** (*Kecakapan untuk membuat suatu perikatan*)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**A Specific Subject Matter** (*Suatu pokok persoalan tertentu*)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 Lawful Cause** (*Suatu sebab yang tidak terlarang / halal*)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Failure to satisfy these conditions divides the legal consequences into two categories: **voidable** (*dapat dibatalkan*) if subjective elements are breached, or **null and void *ab initio*** (*batal demi hukum*) if objective elements are breached.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2. Relevant Indonesian Legal Framework &amp; Statutory Articles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**KUHPerdata (Indonesian Civil Code):**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**Article 1320:** The 4 validity requirements.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**Articles 1321–1328:** Defects in consent (*cacat kehendak*): error/mistake (*kekhilafan*), duress (*paksaan*), and fraud (*penipuan*).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**Articles 1329–1331:** Rules governing legal capacity and disqualified persons.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**Articles 1332–1334:** Rules governing the object/subject matter of an agreement.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**Articles 1335–1337:** Provisions on cause/consideration and prohibitions against contracts violating the law, public order (*ketertiban umum*), or morality (*kesusilaan*).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**Article 1338:** The principle of *pacta sunt servanda* (agreements legally made apply as law between the parties) and the obligation to execute contracts in good faith (*itikad baik*).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**Law No. 40 of 2007 on Limited Liability Companies (UU PT), as amended by Law No. 6 of 2023 (UU Cipta Kerja):**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**Article 92 &amp; Article 98:** Corporate capacity and authority of the Board of Directors (*Direksi*) to represent the Company.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**Article 102:** Mandatory approval thresholds (e.g., General Meeting of Shareholders / *RUPS*) for encumbering or transferring significant corporate assets.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**Law No. 24 of 2009 / Presidential Regulation No. 63 of 2019:** Mandatory use of the Indonesian language in agreements involving Indonesian parties (crucial for evaluating "lawful cause" under public policy).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3. In-depth Legal Analysis &amp; Rights of Parties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Indonesian jurisprudence strictly divides Article 1320 into two **Subjective Requirements** and two **Objective Requirements**.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```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                         ARTICLE 1320 KUHPerdata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                              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 ┌────────────────────────────┴────────────────────────────┐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 ▼                                                         ▼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SUBJECTIVE REQUIREMENTS                                   OBJECTIVE REQUIREMENTS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1. Mutual Consent (Sepakat)                              3. Specific Subject Matter (Hal Tertentu)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2. Legal Capacity (Kecakapan)                            4. Lawful Cause (Sebab yang Halal)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 │                                                         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 ▼                                                         ▼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Consequence of Breach:                                    Consequence of Breach: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VOIDABLE (Dapat Dibatalkan)                               NULL AND VOID AB INITIO (Batal Demi Hukum)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(Valid until annulled by a court)                         (Legally deemed to have never existed)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```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A. The Subjective Requirements (*Syarat Subjektif*)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These concern the individual/corporate parties entering into the contract.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**Mutual Consent (*Sepakat* - Article 1320 point 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Parties must enter into the agreement voluntarily.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Under **Article 1321 KUHPerdata**, consent is invalid if granted due to: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**Mistake (*Kekhilafan*):** Misunderstanding regarding the essence of the agreement or identity of the counterparty.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**Duress (*Paksaan*):** Physical, psychological, or economic coercion.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**Fraud (*Penipuan*):** Intentional misrepresentation or artifice designed to deceive the other party into signing (Article 1328 KUHPerdata).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*Doctrine addition:* **Undue Influence (*Penyalahgunaan Keadaan* / *misbruik van omstandigheden*)** is recognized by Indonesian jurisprudence as vitiating consent.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**Legal Capacity (*Kecakapan* - Article 1320 point 2):**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Under **Article 1330 KUHPerdata**, individuals lack legal capacity if they are minors (under 21 years of age, unless married) or placed under curatorship (*onder curatele*).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**In Corporate Transactions:** Capacity is assessed through the corporate lens under **UU PT**: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Does the Director executing the contract have the legal authority under the Company's Articles of Association (*Anggaran Dasar*)?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Is prior Board of Commissioners (*Dewan Komisaris*) or Shareholder (*RUPS*) approval required (e.g., Article 102 UU PT)? An agreement executed by an unauthorized Director creates a defect in capacity.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**Legal Consequence of Non-Compliance (Subjective):**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The contract is **Voidable (*Dapat Dibatalkan* / *Vernietigbaar*)**.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The contract remains **legally valid and enforceable** until the disadvantaged party files a lawsuit and obtains a final and binding court decision (*putusan berkekuatan hukum tetap*) declaring the contract canceled.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B. The Objective Requirements (*Syarat Objektif*)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These concern the substance and performance of the contract itself.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**A Specific Subject Matter (*Pokok Persoalan Tertentu* - Article 1320 point 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The object of the contract must be determinable (**Article 1333 KUHPerdata**).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It must be a good or service that can be traded or executed commercially. The quantity can be indefinite as long as it can be calculated or identified later.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 Lawful Cause (*Sebab yang Halal* - Article 1320 point 4):**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Under **Article 1335 and Article 1337 KUHPerdata**, an agreement is prohibited if the underlying purpose or transaction violates statutory law (*undang-undang*), public order (*ketertiban umum*), or morality (*kesusilaan*).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*Examples of unlawful cause in corporate practice:*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Agreements structuring illegal nominee shareholdings (violating Article 33(1) of Law No. 25/2007 on Investment).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Commercial transactions involving illicit trade or unauthorized business licenses under the OSS-RBA regime (PP No. 5/2021).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Contracts executed exclusively in a foreign language with an Indonesian party without an Indonesian version, risking breach of Law No. 24/2009.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**Legal Consequence of Non-Compliance (Objective):**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The contract is **Null and Void *Ab Initio* (*Batal Demi Hukum* / *Nietig*)**.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The agreement is legally regarded as having **never existed from the beginning**. Neither party can enforce its terms, and claims for breach of contract (*wanprestasi*) cannot stand. Parties are typically restored to their pre-contractual status via restitution (*restitutio in integrum*).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4. Actionable Recommendations &amp; Practical Steps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To safeguard commercial transactions against invalidation under Article 1320 KUHPerdata, corporate legal counsel and executives should execute the following safeguards: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**Verify Corporate Authority (Due Diligence for "Capacity"):**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Request and review the counterparty’s **Articles of Association** along with all amendments and the latest **Receipt of Notification from the Ministry of Law and Human Rights (AHU Kemenkumham)**.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Verify the composition of the Board of Directors and Board of Commissioners.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If the contract value or transaction type falls under Article 102 UU PT (disposal of &gt;50% net assets) or specific debt-covenant triggers, ensure that a certified copy of the **RUPS Resolution** or **Board of Commissioners Approval** is annexed to the agreement.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**Mitigate Defects in Consent ("Sepakat"):**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Avoid execution under circumstances that could be interpreted as financial distress exploitation (*penyalahgunaan keadaan*).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Include standard "Representations and Warranties" explicitly stating that both parties entered into the agreement independently, with full opportunity to seek legal counsel, and free from coercion or misrepresentation.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**Specify the Deliverables with Precision ("Hal Tertentu"):**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Clearly define the scope of work (SOW), technical specifications, key performance indicators (KPIs), transfer milestones, and pricing mechanisms in detailed schedules or annexes.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**Ensure Regulatory &amp; Statutory Compliance ("Sebab yang Halal"):**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Execute contracts in **bilingual format (Indonesian and English)** pursuant to Law No. 24/2009 and Presidential Reg 63/2019, designating the Indonesian version as prevailing in the event of discrepancy.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Mandate payments within Indonesia to be denominated in **Indonesian Rupiah (IDR)** pursuant to Law No. 7/2011 on Currency and Bank Indonesia regulations, unless an explicit exemption applies.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Insert a robust **Severability Clause** (*Klausula Keterpisahan*), stating that if any single provision is found to have an unlawful cause, the remaining clauses of the agreement remain valid and binding.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5. Standard Legal Disclaimer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*This legal analysis is provided for general informational and educational purposes only and does not constitute formal legal advice, an attorney-client relationship, or a definitive legal opinion (*pendapat hukum*). Corporate legal requirements vary depending on specific transaction structures, licensing constraints, and regulatory sector-specific mandates in the Republic of Indonesia. Consult licensed Indonesian legal counsel before executing major commercial contracts.*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This legal analysis is provided by hukum.live for educational and statutory guidance purposes. It does not establish an advocate-client relationship.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