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AI Legal Advisor Opinion: "how to terminate a fix employment contract"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LABOR &amp; EMPLOYMENT | ENGINE: GEMINI | 28 October 2026</w:t>
      </w:r>
    </w:p>
    <w:p>
      <w:pPr>
        <w:spacing w:before="240" w:after="120"/>
      </w:pPr>
      <w:r>
        <w:rPr>
          <w:rFonts w:ascii="Arial" w:hAnsi="Arial"/>
          <w:b/>
          <w:color w:val="0F172A"/>
          <w:sz w:val="24"/>
        </w:rPr>
        <w:t>Analisis Hukum &amp; Pendapat Statuta / Legal Analysis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1. Executive Summary / Quick Answer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Under Indonesian Labor Law, terminating a Fixed-Term Employment Contract (*Perjanjian Kerja Waktu Tertentu* or **"PKWT"**) depends strictly on whether the contract is terminating due to **natural expiration** or **premature (early) termination**.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  **Upon Natural Expiration:** The employer must provide statutory **Compensation Money (*Uang Kompensasi*)** to the employee (if they have completed at least one month of continuous service).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  **Upon Premature (Early) Termination:** The party that unilaterally terminates the contract must pay the other party a **penalty equivalent to the wages for the remaining duration of the contract** (Article 62 UU Ketenagakerjaan). Furthermore, if the employer initiates the early termination, the employer must **also pay the accrued Uang Kompensasi** pro-rated to the period already served (Article 17 PP 35/2021).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The safest and most cost-effective method to avoid labor disputes is executing a **Mutual Termination Agreement (*Perjanjian Bersama*)**.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2. Relevant Indonesian Legal Framework &amp; Statutory Articles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 **Law No. 13 of 2003 on Manpower (*UU Ketenagakerjaan*)**, as amended by **Law No. 6 of 2023 (Job Creation Law / *UU Cipta Kerja*)**: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**Article 61:** Conditions causing the expiration of employment agreements (death, term completion, court verdict, force majeure).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**Article 61A:** Mandate for employers to provide *Uang Kompensasi* upon the end of a PKWT.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**Article 62:** Indemnity/penalty for unilateral premature termination without valid legal justification.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 **Government Regulation No. 35 of 2021 (*PP No. 35/2021*)**: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**Article 15 – 17:** Calculation formulas and requirements for *Uang Kompensasi PKWT*.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**Article 17:** Explicit obligation of the employer to pay compensation money even in cases of early termination.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 **Law No. 2 of 2004 on Industrial Relations Dispute Settlement (*UU PPHI*)**: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Governs dispute resolution via Bipartite negotiations, Tripartite mediation, and the Industrial Relations Court (*Pengadilan Hubungan Industrial* / PHI).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3. In-depth Legal Analysis &amp; Rights of Parties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Scenario A: Termination by Natural Expiration (Article 61 jo. Article 61A)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When a PKWT reaches its agreed end date: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 **No Severance (*Uang Pesangon*):** PKWT employees are not eligible for traditional severance pay (*Pesangon*) or long-service pay (*UPMK*).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 **Statutory Compensation (*Uang Kompensasi*):** Pursuant to Article 15 of PP 35/2021, the employer **must** pay compensation to any employee working for at least 1 continuous month.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*Calculation Formula:*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   $$\text{Compensation} = \frac{\text{Months of Service}}{12} \times 1\text{ Month's Wage}$$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   *(Wage = Basic Wage + Fixed Allowances).*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Scenario B: Premature Termination by the Employer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If an employer terminates a PKWT before the specified end date: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 **Remaining Wages Penalty (Article 62 UU Ketenagakerjaan):**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The employer is legally obligated to pay the employee an indemnity equal to their **salary for the remaining months** of the contract.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 **Accrued Uang Kompensasi (Article 17 PP 35/2021):**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In addition to the remaining wages penalty, the employer must pay the pro-rated *Uang Kompensasi* calculated from the commencement date up to the early termination date.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Scenario C: Premature Termination by the Employee (Resignation)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If the employee terminates the PKWT early: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 **Employee Penalty (Article 62 UU Ketenagakerjaan):**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Statutorily, the employee owes the employer the salary corresponding to the remaining duration of the contract (unless waived in writing by the employer).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 **Compensation Eligibility:**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Under Article 17 of PP 35/2021, the employer remains technically bound to pay *Uang Kompensasi* for the months actually served up to the resignation date. In practice, companies often set off this compensation against the indemnity owed by the employee.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4. Actionable Recommendations &amp; Practical Steps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To terminate a PKWT cleanly and minimize exposure to industrial disputes: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 **Audit the Contract Clauses:**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Check for standard notice periods (e.g., 30-day notice) or negotiated exit clauses. Note that contract clauses cannot override the statutory obligations of Article 62 and PP 35/2021 unless they are more favorable to the employee.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 **Calculate the Financial Exposure:**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$\text{Total Liability} = (\text{Remaining Months} \times \text{Monthly Salary}) + \left(\frac{\text{Completed Months}}{12} \times \text{Monthly Salary}\right)$.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 **Conduct Bipartite Negotiations (Mutual Agreement):**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Rather than issuing a unilateral termination letter, summon the employee for an amicable negotiation.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Offer an agreed ex-gratia or exit package that balances the remaining wage liability, and capture this in a formal **Mutual Termination Agreement (*Perjanjian Bersama* - PB)**.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 **Execute and Register the *Perjanjian Bersama* (PB):**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Ensure both parties sign the PB over a stamp duty (*Meterai* Rp10,000).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Register the signed PB with the local Manpower Office (*Disnaker*) or the relevant Industrial Relations Court (PHI) to give it executory force pursuant to Article 7 of UU No. 2/2004.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5.  **Issue Proof of Settlement &amp; Tax Forms:**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*   Provide a letter of employment completion (*Surat Pengalaman Kerja* / Paklaring), ensure release and discharge (*acquit et de charge*) language is signed, and process BPJS Ketenagakerjaan de-registration.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5. Standard Legal Disclaimer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*The analysis provided above is for educational and strategic informational purposes only and does not constitute formal attorney-client legal counsel. Employment termination in Indonesia frequently turns on specific contractual terms and local Manpower Office practices. For high-risk terminations or contested dismissals, it is advised to consult a licensed Indonesian advocate or qualified industrial relations specialist.*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This legal analysis is provided by hukum.live for educational and statutory guidance purposes. It does not establish an advocate-client relationship.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