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0F172A"/>
          <w:sz w:val="28"/>
        </w:rPr>
        <w:t>hukum.live</w:t>
      </w:r>
    </w:p>
    <w:p>
      <w:pPr>
        <w:spacing w:before="0" w:after="160"/>
        <w:jc w:val="center"/>
      </w:pPr>
      <w:r>
        <w:rPr>
          <w:rFonts w:ascii="Arial" w:hAnsi="Arial"/>
          <w:b/>
          <w:color w:val="B45309"/>
          <w:sz w:val="22"/>
        </w:rPr>
        <w:t>Statutory Laws &amp; Regulations Lookup: "UU No. 27 Tahun 2022 Pelindungan Data Pribadi"</w:t>
      </w:r>
    </w:p>
    <w:p>
      <w:pPr>
        <w:spacing w:before="0" w:after="360"/>
        <w:jc w:val="center"/>
      </w:pPr>
      <w:r>
        <w:rPr>
          <w:rFonts w:ascii="Arial" w:hAnsi="Arial"/>
          <w:color w:val="64748B"/>
          <w:sz w:val="17"/>
        </w:rPr>
        <w:t>CATEGORY: CORPORATE &amp; INVESTMENT | DUAL LANGUAGE: ID ↔ ENGLISH | 06 November 2026</w:t>
      </w:r>
    </w:p>
    <w:p>
      <w:pPr>
        <w:spacing w:before="280" w:after="120"/>
      </w:pPr>
      <w:r>
        <w:rPr>
          <w:rFonts w:ascii="Arial" w:hAnsi="Arial"/>
          <w:b/>
          <w:color w:val="0F172A"/>
          <w:sz w:val="24"/>
        </w:rPr>
        <w:t>1. Analisis Hukum &amp; Rujukan Statuta (Bahasa Indonesia)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ANALISIS HUKUM &amp; PASAL TERKAIT (BAHASA INDONESIA)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**Undang-Undang Republik Indonesia Nomor 27 Tahun 2022 tentang Pelindungan Data Pribadi ("UU PDP")** merupakan kerangka hukum komprehensif pertama di Indonesia yang mengatur pelindungan data pribadi, mengadopsi standar internasional seperti *General Data Protection Regulation* (GDPR) Uni Eropa.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I. RUANG LINGKUP DAN ASAS EKSTRATERITORIAL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Berdasarkan **Pasal 2 UU PDP**, undang-undang ini berlaku bagi: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Setiap orang, badan publik, dan organisasi internasional yang berada di wilayah hukum Republik Indonesia; dan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Setiap pihak yang berada di luar wilayah hukum Republik Indonesia, apabila perbuatannya memiliki akibat hukum: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Di wilayah hukum Republik Indonesia; dan/atau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Bagi Subjek Data Pribadi warga negara Indonesia di luar wilayah hukum Republik Indonesia.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II. KLASIFIKASI DATA PRIBADI (PASAL 4)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Data Pribadi diklasifikasikan menjadi 2 (dua) jenis: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**Data Pribadi yang Bersifat Spesifik (Pasal 4 ayat 2):**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Data dan informasi kesehatan;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Data biometrik;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Data genetika;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Catatan kejahatan;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Data anak;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Data keuangan pribadi; dan/atau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Data lainnya sesuai dengan ketentuan peraturan perundang-undangan.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**Data Pribadi yang Bersifat Umum (Pasal 4 ayat 3):**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Nama lengkap;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Jenis kelamin;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Kewarganegaraan;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Agama;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Status perkawinan; dan/atau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Data pribadi yang dikombinasikan untuk mengidentifikasi seseorang.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III. DASAR PEMROSESAN DATA PRIBADI (*LEGAL BASIS*) (PASAL 20)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Pemrosesan Data Pribadi oleh Pengendali Data Pribadi hanya sah apabila didasarkan pada salah satu dasar hukum berikut: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**Persetujuan yang sah dan eksplisit** dari Subjek Data Pribadi untuk 1 (satu) atau beberapa tujuan tertentu;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**Pemenuhan kewajiban perjanjian** di mana Subjek Data Pribadi merupakan salah satu pihak;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**Pemenuhan kewajiban hukum** dari Pengendali Data Pribadi sesuai dengan ketentuan peraturan perundang-undangan;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**Pemenuhan pelindungan kepentingan vital** Subjek Data Pribadi;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5. **Pelaksanaan tugas dalam rangka kepentingan umum**, pelayanan publik, atau kewenangan Pengendali Data Pribadi berdasarkan peraturan perundang-undangan; 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6. **Pemenuhan kepentingan yang sah lainnya (*legitimate interest*)** dengan memperhatikan tujuan, kebutuhan, dan keseimbangan kepentingan Pengendali Data Pribadi dan hak Subjek Data Pribadi.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IV. HAK-HAK SUBJEK DATA PRIBADI (PASAL 5 - PASAL 15)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Subjek Data Pribadi memiliki hak-hak yang dapat ditegakkan secara hukum: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**Hak Informasi (Pasal 5):** Memperoleh kejelasan identitas, dasar kepentingan hukum, tujuan permintaan dan penggunaan, serta akuntabilitas pihak pemroses data.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**Hak Koreksi (Pasal 6):** Melengkapi, memperbarui, dan/atau memperbaiki kesalahan dan/atau ketidakakuratan data miliknya.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**Hak Akses (Pasal 7):** Memperoleh akses dan meminta salinan Data Pribadi sesuai ketentuan perundang-undangan.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**Hak Pengakhiran/Penghapusan (*Right to Erasure/Forgotten*) (Pasal 8):** Mengakhiri pemrosesan, menghapus, dan/atau memusnahkan Data Pribadi tentang dirinya.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5. **Hak Penarikan Persetujuan (Pasal 9):** Menarik kembali persetujuan pemrosesan Data Pribadi yang telah diberikan.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6. **Hak Keberatan (*Right to Object*) (Pasal 10):** Mengajukan keberatan atas tindakan pengambilan keputusan yang hanya didasarkan pada pemrosesan secara otomatis, termasuk pemrofilan (*profiling*).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7. **Hak Penundaan/Pembatasan (Pasal 11):** Menunda atau membatasi pemrosesan secara proporsional.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8. **Hak Ganti Rugi (Pasal 12):** Menggugat dan menerima ganti rugi atas pelanggaran pemrosesan Data Pribadi miliknya.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9. **Hak Portabilitas Data (Pasal 13):** Mendapatkan dan/atau menggunakan Data Pribadi miliknya dalam bentuk yang terstruktur dan lazim digunakan antar-sistem elektronik.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V. KEWAJIBAN PENGENDALI DAN PROSESOR DATA PRIBADI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**Kerahasiaan &amp; Keamanan (Pasal 16 &amp; 35):** Wajib melindungi dan memastikan keamanan Data Pribadi melalui langkah-langkah teknis dan operasional yang memadai.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**Penilaian Dampak Pelindungan Data (*Data Protection Impact Assessment* / DPIA) (Pasal 34):** Wajib melakukan penilaian dampak jika pemrosesan memiliki potensi risiko tinggi (misal: pemrosesan data spesifik skala besar atau pemrofilan otomatis).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**Pemberitahuan Kegagalan Perlindungan Data (*Data Breach Notification*) (Pasal 46):**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Pengendali Data Pribadi wajib menyampaikan pemberitahuan tertulis paling lambat **3 x 24 jam** kepada Subjek Data Pribadi dan lembaga yang berwenang.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**Penunjukan Pejabat Pelindungan Data (*Data Protection Officer* / DPO) (Pasal 53 &amp; 54):** Wajib ditunjuk apabila: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Pemrosesan untuk kepentingan pelayanan publik;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Sifat, ruang lingkup, dan/atau tujuan pemrosesan memerlukan pemantauan berkala dan sistematis skala besar; 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Pemrosesan berskala besar atas Data Pribadi yang bersifat spesifik dan/atau data catatan kejahatan.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VI. TRANSFER DATA PRIBADI LINTAS BATAS (PASAL 56)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Pengendali Data Pribadi dapat mentransfer data ke luar wilayah yurisdiksi Indonesia dengan syarat hierarki: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Negara penerima memiliki tingkat pelindungan data yang setara atau lebih tinggi dari UU PDP;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Jika tidak terpenuhi, Pengendali Data Pribadi wajib memastikan adanya perlindungan data pribadi yang memadai dan mengikat (*standard contractual clauses* atau instrumen yang setara);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Jika poin 1 dan 2 tidak terpenuhi, wajib memperoleh persetujuan eksplisit dari Subjek Data Pribadi.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VII. SANKSI ADMINISTRATIF DAN KETENTUAN PIDANA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**Sanksi Administratif (Pasal 57):**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Peringatan tertulis;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Penghentian sementara kegiatan pemrosesan data;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Penghapusan atau pemusnahan data pribadi; dan/atau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**Denda administratif maksimal 2% (dua persen)** dari pendapatan tahunan atau penerimaan tahunan terhadap variabel pelanggaran.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**Sanksi Pidana (Pasal 67 - Pasal 73):**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**Memperoleh/Mengumpulkan Data Pribadi secara Melawan Hukum (Pasal 67 ayat 1):** Pidana penjara paling lama 5 (lima) tahun dan/atau pidana denda paling banyak Rp5.000.000.000,00 (lima miliar rupiah).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**Mengungkapkan Data Pribadi secara Melawan Hukum (Pasal 67 ayat 2):** Pidana penjara paling lama 4 (empat) tahun dan/atau pidana denda paling banyak Rp4.000.000.000,00 (empat miliar rupiah).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**Memalsukan Data Pribadi demi Keuntungan Pribadi yang Merugikan Orang Lain (Pasal 68):** Pidana penjara paling lama 6 (enam) tahun dan/atau pidana denda paling banyak Rp6.000.000.000,00 (enam miliar rupiah).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**Pertanggungjawaban Korporasi (Pasal 70):** Pidana dapat dijatuhkan kepada korporasi berupa denda maksimal 10 (sepuluh) kali lipat dari ancaman denda pidana perorangan, serta pidana tambahan seperti pembekuan/pencabutan izin usaha dan pembubaran korporasi.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VIII. PANDUAN KEPATUHAN PRAKTIS UNTUK PELAKU USAHA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**Audit &amp; Pemetaan Data (*Data Mapping*):** Mengidentifikasi aliran data masuk (*ingress*), penyimpanan (*storage*), pemrosesan (*processing*), dan pengiriman ke pihak ketiga/lintas batas (*egress*).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**Pembaruan Dokumen Hukum:** Mengubah *Privacy Notice/Policy*, Syarat dan Ketentuan (*Terms of Service*), serta klausul ketenagakerjaan untuk memenuhi asas keterbukaan dan dasar pemrosesan Pasal 20 UU PDP.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**Penyusunan Perjanjian Pemrosesan Data (*Data Processing Agreement* / DPA):** Menandatangani DPA yang mengikat secara hukum dengan setiap vendor pihak ketiga (Prosesor Data).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**SOP Penanganan Insiden Keamanan:** Menyusun protokol respons insiden siber untuk mematuhi batas waktu pelaporan kegagalan data maksimal 72 jam (*Pasal 46*).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5. **Penunjukan DPO:** Mengangkat Pejabat Pelindungan Data Pribadi internal atau eksternal yang memiliki kompetensi hukum dan teknologi informasi.</w:t>
      </w:r>
    </w:p>
    <w:p>
      <w:pPr>
        <w:spacing w:before="280" w:after="120"/>
      </w:pPr>
      <w:r>
        <w:rPr>
          <w:rFonts w:ascii="Arial" w:hAnsi="Arial"/>
          <w:b/>
          <w:color w:val="B45309"/>
          <w:sz w:val="24"/>
        </w:rPr>
        <w:t>2. Parallel Statutory Analysis &amp; Translation (English)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LEGAL ANALYSIS &amp; STATUTORY PROVISIONS (ENGLISH)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**Law of the Republic of Indonesia Number 27 of 2022 on Personal Data Protection ("PDP Law")** serves as Indonesia’s primary, comprehensive statutory framework governing personal data governance, heavily modeled after international standards such as the EU General Data Protection Regulation (GDPR).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I. SCOPE AND EXTRATERRITORIAL APPLICATION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Pursuant to **Article 2 of the PDP Law**, the provisions apply to: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Any individual, public body, or international organization situated within the jurisdiction of the Republic of Indonesia; and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Any party located outside the jurisdiction of the Republic of Indonesia, provided that such conduct has legal consequences: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Within the territory and jurisdiction of the Republic of Indonesia; and/or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For Personal Data Subjects who are Indonesian citizens outside the territory of the Republic of Indonesia.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II. CLASSIFICATION OF PERSONAL DATA (ARTICLE 4)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Personal Data is divided into 2 (two) distinct categories: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**Specific Personal Data (Sensitive Data) (Article 4, Paragraph 2):**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Health data and records;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Biometric data;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Genetic data;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Criminal records;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Children's data;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Personal financial data; and/or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Other data pursuant to prevailing statutory legislation.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**General Personal Data (Article 4, Paragraph 3):**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Full name;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Gender;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Nationality;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Religion;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Marital status; and/or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Combined personal data capable of identifying an individual.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III. LEGAL BASES FOR PROCESSING (ARTICLE 20)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Personal Data processing conducted by a Personal Data Controller is lawful only if grounded on at least one of the following legal bases: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**Valid and explicit consent** from the Personal Data Subject for one or several defined purposes;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**Contractual necessity**, where the Personal Data Subject is a party to the contract;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**Compliance with a legal obligation** to which the Personal Data Controller is subject under prevailing laws;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**Protection of vital interests** of the Personal Data Subject;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5. **Performance of a task in the public interest**, public service, or the exercise of official authority vested in the Data Controller under statutory rules; or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6. **Legitimate interests**, taking into account the balance between the controller's necessity and the fundamental rights of the Data Subject.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IV. RIGHTS OF PERSONAL DATA SUBJECTS (ARTICLES 5 - 15)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The PDP Law vests actionable legal rights in Data Subjects: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**Right to Information (Article 5):** To obtain clear details regarding the identity of the controller, legal interest, processing purpose, and controller accountability.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**Right to Rectification (Article 6):** To complete, update, and/or correct inaccuracies or errors in their data.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**Right of Access (Article 7):** To access and obtain a copy of their personal data in accordance with statutory procedures.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**Right to Erasure / To Be Forgotten (Article 8):** To terminate processing, delete, and/or destroy their personal data.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5. **Right to Withdraw Consent (Article 9):** To withdraw processing consent previously granted.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6. **Right to Object (Article 10):** To object to automated decision-making processes, including profiling.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7. **Right to Restriction (Article 11):** To suspend or restrict processing proportionally.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8. **Right to Compensation (Article 12):** To sue and receive damages for unlawful data processing violations.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9. **Right to Data Portability (Article 13):** To obtain and transmit their data to another controller in a structured, commonly used electronic format.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V. OBLIGATIONS OF DATA CONTROLLERS AND PROCESSORS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**Confidentiality &amp; Security (Articles 16 &amp; 35):** Obligated to protect and maintain data security through state-of-the-art technical and organizational measures.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**Data Protection Impact Assessment (DPIA) (Article 34):** Mandatory assessment prior to high-risk processing operations (e.g., automated profiling or large-scale sensitive data processing).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**Personal Data Breach Notification (Article 46):**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In the event of a security failure or data breach, the Controller must deliver written notification within **72 hours (3 x 24 hours)** to both the Data Subject and the competent supervisory authority.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**Appointment of Data Protection Officer (DPO) (Articles 53 &amp; 54):** Mandatory if: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Processing is carried out for public service provision;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The core activities require regular and systematic large-scale monitoring; or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Processing involves large-scale specific/sensitive personal data and/or criminal records.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VI. CROSS-BORDER DATA TRANSFERS (ARTICLE 56)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A Data Controller may transfer personal data outside Indonesia's jurisdiction strictly following a tiered structure: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The receiving country maintains a level of personal data protection equal to or higher than the PDP Law;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Absent equivalent protection, the Controller must guarantee binding and adequate safeguards (such as Standard Contractual Clauses or enforceable international instruments);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In the absence of tiers 1 and 2, the Controller must obtain the explicit, informed consent of the Personal Data Subject.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VII. ADMINISTRATIVE AND CRIMINAL SANCTIONS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**Administrative Sanctions (Article 57):**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Written warnings;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Temporary suspension of data processing activities;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Deletion or destruction of personal data; and/or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**Administrative fines capped at up to 2% (two percent)** of the entity's total annual turnover or revenue.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**Criminal Penalties (Articles 67 - 73):**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**Unlawful Acquisition/Collection of Data (Article 67, Paragraph 1):** Imprisonment up to 5 (five) years and/or maximum fines up to IDR 5,000,000,000 (five billion rupiah).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**Unlawful Disclosure of Data (Article 67, Paragraph 2):** Imprisonment up to 4 (four) years and/or maximum fines up to IDR 4,000,000,000 (four billion rupiah).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**Creation/Fabrication of False Personal Data (Article 68):** Imprisonment up to 6 (six) years and/or maximum fines up to IDR 6,000,000,000 (six billion rupiah).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**Corporate Criminal Liability (Article 70):** Corporations face fines up to 10 (ten) times the individual maximum, along with accessory penalties including asset confiscation, revocation of operating licenses, and judicial dissolution.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VIII. PRACTICAL CORPORATE COMPLIANCE ROADMAP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**Data Mapping &amp; Inventory:** Conduct an enterprise-wide audit of all ingress channels, processing repositories, access logs, and cross-border transfer channels.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**Review of Legal Documentation:** Update external Privacy Policies, Terms of Service, and internal employment agreements to ensure alignment with lawful bases under Article 20.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**Execution of Data Processing Agreements (DPAs):** Ensure enforceable, compliant DPAs are executed with every third-party service provider acting as a Data Processor.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**Incident Response Protocol:** Formulate a robust cybersecurity breach playbook capable of triaging, containing, and reporting incidents within the statutory 72-hour notification threshold (*Article 46*).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5. **DPO Designation:** Officially appoint an internal or external Data Protection Officer possessing verified technical competence and legal fluency in data governance.</w:t>
      </w:r>
    </w:p>
    <w:p>
      <w:pPr>
        <w:spacing w:before="400" w:after="0"/>
      </w:pPr>
      <w:r>
        <w:rPr>
          <w:rFonts w:ascii="Arial" w:hAnsi="Arial"/>
          <w:i/>
          <w:color w:val="94A3B8"/>
          <w:sz w:val="16"/>
        </w:rPr>
        <w:t>Disclaimer: Generated by hukum.live for educational and statutory guidance purposes.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